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4B2A"/>
          <w:sz w:val="46"/>
        </w:rPr>
        <w:t>MY COMFORT FOOD</w:t>
      </w:r>
    </w:p>
    <w:p>
      <w:pPr>
        <w:jc w:val="center"/>
      </w:pPr>
      <w:r>
        <w:rPr>
          <w:b/>
          <w:color w:val="1E4B2A"/>
          <w:sz w:val="60"/>
        </w:rPr>
        <w:t>October 2026</w:t>
      </w:r>
    </w:p>
    <w:p>
      <w:pPr>
        <w:jc w:val="center"/>
      </w:pPr>
      <w:r>
        <w:rPr>
          <w:b/>
          <w:color w:val="1E4B2A"/>
          <w:sz w:val="28"/>
        </w:rPr>
        <w:t>MEAL CALENDAR</w:t>
      </w:r>
    </w:p>
    <w:p>
      <w:pPr>
        <w:jc w:val="center"/>
      </w:pPr>
      <w:r>
        <w:rPr>
          <w:color w:val="1E4B2A"/>
          <w:sz w:val="18"/>
        </w:rPr>
        <w:t>Nutritious, chef-prepared meals delivered to your door.  •  A cup of homemade soup is included with every meal.  •  Meals starting at $12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5"/>
        <w:gridCol w:w="1605"/>
        <w:gridCol w:w="1605"/>
        <w:gridCol w:w="1605"/>
        <w:gridCol w:w="1605"/>
        <w:gridCol w:w="1605"/>
        <w:gridCol w:w="1605"/>
      </w:tblGrid>
      <w:tr>
        <w:trPr>
          <w:trHeight w:val="605"/>
        </w:trPr>
        <w:tc>
          <w:tcPr>
            <w:tcW w:type="dxa" w:w="2088"/>
            <w:shd w:fill="1E4B2A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SUNDAY</w:t>
            </w:r>
          </w:p>
        </w:tc>
        <w:tc>
          <w:tcPr>
            <w:tcW w:type="dxa" w:w="2088"/>
            <w:shd w:fill="1E4B2A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MONDAY</w:t>
            </w:r>
          </w:p>
        </w:tc>
        <w:tc>
          <w:tcPr>
            <w:tcW w:type="dxa" w:w="2088"/>
            <w:shd w:fill="1E4B2A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TUESDAY</w:t>
              <w:br/>
            </w:r>
            <w:r>
              <w:rPr>
                <w:b w:val="0"/>
                <w:color w:val="FFFFFF"/>
                <w:sz w:val="15"/>
              </w:rPr>
              <w:t>DELIVERY DAY</w:t>
            </w:r>
          </w:p>
        </w:tc>
        <w:tc>
          <w:tcPr>
            <w:tcW w:type="dxa" w:w="2088"/>
            <w:shd w:fill="1E4B2A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WEDNESDAY</w:t>
            </w:r>
          </w:p>
        </w:tc>
        <w:tc>
          <w:tcPr>
            <w:tcW w:type="dxa" w:w="2088"/>
            <w:shd w:fill="1E4B2A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THURSDAY</w:t>
            </w:r>
          </w:p>
        </w:tc>
        <w:tc>
          <w:tcPr>
            <w:tcW w:type="dxa" w:w="2088"/>
            <w:shd w:fill="1E4B2A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FRIDAY</w:t>
              <w:br/>
            </w:r>
            <w:r>
              <w:rPr>
                <w:b w:val="0"/>
                <w:color w:val="FFFFFF"/>
                <w:sz w:val="15"/>
              </w:rPr>
              <w:t>DELIVERY DAY</w:t>
            </w:r>
          </w:p>
        </w:tc>
        <w:tc>
          <w:tcPr>
            <w:tcW w:type="dxa" w:w="2088"/>
            <w:shd w:fill="1E4B2A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FFFFFF"/>
                <w:sz w:val="16"/>
              </w:rPr>
              <w:t>SATURDAY</w:t>
            </w:r>
          </w:p>
        </w:tc>
      </w:tr>
      <w:tr>
        <w:trPr>
          <w:trHeight w:val="1267"/>
        </w:trPr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20"/>
              </w:rPr>
              <w:t>Good Food</w:t>
              <w:br/>
            </w:r>
            <w:r>
              <w:rPr>
                <w:b w:val="0"/>
                <w:color w:val="1E4B2A"/>
                <w:sz w:val="19"/>
              </w:rPr>
              <w:t>Brings Comfort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7"/>
              </w:rPr>
              <w:t>Fresh Meals.</w:t>
              <w:br/>
            </w:r>
            <w:r>
              <w:rPr>
                <w:b w:val="0"/>
                <w:color w:val="1E4B2A"/>
                <w:sz w:val="16"/>
              </w:rPr>
              <w:t>Brighter Days.</w:t>
              <w:br/>
            </w:r>
            <w:r>
              <w:rPr>
                <w:b w:val="0"/>
                <w:color w:val="1E4B2A"/>
                <w:sz w:val="16"/>
              </w:rPr>
              <w:br/>
            </w:r>
            <w:r>
              <w:rPr>
                <w:b w:val="0"/>
                <w:color w:val="1E4B2A"/>
                <w:sz w:val="16"/>
              </w:rPr>
              <w:t>Warm, nourishing meals delivered right to your door.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7"/>
              </w:rPr>
              <w:t>Fresh Meals.</w:t>
              <w:br/>
            </w:r>
            <w:r>
              <w:rPr>
                <w:b w:val="0"/>
                <w:color w:val="1E4B2A"/>
                <w:sz w:val="16"/>
              </w:rPr>
              <w:t>Brighter Days.</w:t>
              <w:br/>
            </w:r>
            <w:r>
              <w:rPr>
                <w:b w:val="0"/>
                <w:color w:val="1E4B2A"/>
                <w:sz w:val="16"/>
              </w:rPr>
              <w:br/>
            </w:r>
            <w:r>
              <w:rPr>
                <w:b w:val="0"/>
                <w:color w:val="1E4B2A"/>
                <w:sz w:val="16"/>
              </w:rPr>
              <w:t>Simple. Delicious. Convenient.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7"/>
              </w:rPr>
              <w:t>Fresh Meals.</w:t>
              <w:br/>
            </w:r>
            <w:r>
              <w:rPr>
                <w:b w:val="0"/>
                <w:color w:val="1E4B2A"/>
                <w:sz w:val="16"/>
              </w:rPr>
              <w:t>Brighter Days.</w:t>
              <w:br/>
            </w:r>
            <w:r>
              <w:rPr>
                <w:b w:val="0"/>
                <w:color w:val="1E4B2A"/>
                <w:sz w:val="16"/>
              </w:rPr>
              <w:br/>
            </w:r>
            <w:r>
              <w:rPr>
                <w:b w:val="0"/>
                <w:color w:val="1E4B2A"/>
                <w:sz w:val="16"/>
              </w:rPr>
              <w:t>Made with care.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1</w:t>
              <w:br/>
            </w:r>
            <w:r>
              <w:rPr>
                <w:b w:val="0"/>
                <w:color w:val="1D1D1D"/>
                <w:sz w:val="15"/>
              </w:rPr>
              <w:t>Beef &amp; Barley Stew</w:t>
              <w:br/>
            </w:r>
            <w:r>
              <w:rPr>
                <w:b w:val="0"/>
                <w:color w:val="1D1D1D"/>
                <w:sz w:val="15"/>
              </w:rPr>
              <w:t>with Mashed Potatoes &amp; Carrots</w:t>
              <w:br/>
            </w:r>
            <w:r>
              <w:rPr>
                <w:b w:val="0"/>
                <w:color w:val="1D1D1D"/>
                <w:sz w:val="15"/>
              </w:rPr>
              <w:t>Soup: Tomato Basil</w:t>
            </w:r>
          </w:p>
        </w:tc>
        <w:tc>
          <w:tcPr>
            <w:tcW w:type="dxa" w:w="1605"/>
            <w:shd w:fill="FBF8EE"/>
            <w:shd w:fill="E8EED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6"/>
              </w:rPr>
              <w:t>2</w:t>
              <w:br/>
            </w:r>
            <w:r>
              <w:rPr>
                <w:b w:val="0"/>
                <w:color w:val="1E4B2A"/>
                <w:sz w:val="15"/>
              </w:rPr>
              <w:t>FISH FRIDAY</w:t>
              <w:br/>
            </w:r>
            <w:r>
              <w:rPr>
                <w:b w:val="0"/>
                <w:color w:val="1E4B2A"/>
                <w:sz w:val="15"/>
              </w:rPr>
              <w:t>Baked Haddock with Lemon Butter</w:t>
              <w:br/>
            </w:r>
            <w:r>
              <w:rPr>
                <w:b w:val="0"/>
                <w:color w:val="1E4B2A"/>
                <w:sz w:val="15"/>
              </w:rPr>
              <w:t>Roasted Potatoes &amp; Green Beans</w:t>
              <w:br/>
            </w:r>
            <w:r>
              <w:rPr>
                <w:b w:val="0"/>
                <w:color w:val="1E4B2A"/>
                <w:sz w:val="15"/>
              </w:rPr>
              <w:t>Soup: New England Clam Chowder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3</w:t>
              <w:br/>
            </w:r>
            <w:r>
              <w:rPr>
                <w:b w:val="0"/>
                <w:color w:val="1D1D1D"/>
                <w:sz w:val="15"/>
              </w:rPr>
              <w:t>Pork Tenderloin with Mushroom Gravy</w:t>
              <w:br/>
            </w:r>
            <w:r>
              <w:rPr>
                <w:b w:val="0"/>
                <w:color w:val="1D1D1D"/>
                <w:sz w:val="15"/>
              </w:rPr>
              <w:t>Mashed Potatoes &amp; Vegetables</w:t>
              <w:br/>
            </w:r>
            <w:r>
              <w:rPr>
                <w:b w:val="0"/>
                <w:color w:val="1D1D1D"/>
                <w:sz w:val="15"/>
              </w:rPr>
              <w:t>Soup: Chicken Rice</w:t>
            </w:r>
          </w:p>
        </w:tc>
      </w:tr>
      <w:tr>
        <w:trPr>
          <w:trHeight w:val="1267"/>
        </w:trPr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4</w:t>
              <w:br/>
            </w:r>
            <w:r>
              <w:rPr>
                <w:b w:val="0"/>
                <w:color w:val="1D1D1D"/>
                <w:sz w:val="15"/>
              </w:rPr>
              <w:t>Roast Beef</w:t>
              <w:br/>
            </w:r>
            <w:r>
              <w:rPr>
                <w:b w:val="0"/>
                <w:color w:val="1D1D1D"/>
                <w:sz w:val="15"/>
              </w:rPr>
              <w:t>Mashed Potatoes &amp; Seasonal Vegetables</w:t>
              <w:br/>
            </w:r>
            <w:r>
              <w:rPr>
                <w:b w:val="0"/>
                <w:color w:val="1D1D1D"/>
                <w:sz w:val="15"/>
              </w:rPr>
              <w:t>Soup: Vegetable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5</w:t>
              <w:br/>
            </w:r>
            <w:r>
              <w:rPr>
                <w:b w:val="0"/>
                <w:color w:val="1D1D1D"/>
                <w:sz w:val="15"/>
              </w:rPr>
              <w:t>Chicken Cacciatore with Pasta &amp; Green Beans</w:t>
              <w:br/>
            </w:r>
            <w:r>
              <w:rPr>
                <w:b w:val="0"/>
                <w:color w:val="1D1D1D"/>
                <w:sz w:val="15"/>
              </w:rPr>
              <w:t>Soup: Minestrone</w:t>
            </w:r>
          </w:p>
        </w:tc>
        <w:tc>
          <w:tcPr>
            <w:tcW w:type="dxa" w:w="1605"/>
            <w:shd w:fill="FBF8EE"/>
            <w:shd w:fill="E8EED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6"/>
              </w:rPr>
              <w:t>6</w:t>
              <w:br/>
            </w:r>
            <w:r>
              <w:rPr>
                <w:b w:val="0"/>
                <w:color w:val="1E4B2A"/>
                <w:sz w:val="15"/>
              </w:rPr>
              <w:t>DELIVERY DAY</w:t>
              <w:br/>
            </w:r>
            <w:r>
              <w:rPr>
                <w:b w:val="0"/>
                <w:color w:val="1E4B2A"/>
                <w:sz w:val="15"/>
              </w:rPr>
              <w:t>Meatloaf</w:t>
              <w:br/>
            </w:r>
            <w:r>
              <w:rPr>
                <w:b w:val="0"/>
                <w:color w:val="1E4B2A"/>
                <w:sz w:val="15"/>
              </w:rPr>
              <w:t>Mashed Potatoes &amp; Carrots</w:t>
              <w:br/>
            </w:r>
            <w:r>
              <w:rPr>
                <w:b w:val="0"/>
                <w:color w:val="1E4B2A"/>
                <w:sz w:val="15"/>
              </w:rPr>
              <w:t>Soup: Split Pea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7</w:t>
              <w:br/>
            </w:r>
            <w:r>
              <w:rPr>
                <w:b w:val="0"/>
                <w:color w:val="1D1D1D"/>
                <w:sz w:val="15"/>
              </w:rPr>
              <w:t>Stuffed Peppers with Tomato Sauce &amp; Rice</w:t>
              <w:br/>
            </w:r>
            <w:r>
              <w:rPr>
                <w:b w:val="0"/>
                <w:color w:val="1D1D1D"/>
                <w:sz w:val="15"/>
              </w:rPr>
              <w:t>Soup: Chicken Noodle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8</w:t>
              <w:br/>
            </w:r>
            <w:r>
              <w:rPr>
                <w:b w:val="0"/>
                <w:color w:val="1D1D1D"/>
                <w:sz w:val="15"/>
              </w:rPr>
              <w:t>Sausage &amp; Peppers with Roasted Potatoes</w:t>
              <w:br/>
            </w:r>
            <w:r>
              <w:rPr>
                <w:b w:val="0"/>
                <w:color w:val="1D1D1D"/>
                <w:sz w:val="15"/>
              </w:rPr>
              <w:t>Soup: Tuscan Bean</w:t>
            </w:r>
          </w:p>
        </w:tc>
        <w:tc>
          <w:tcPr>
            <w:tcW w:type="dxa" w:w="1605"/>
            <w:shd w:fill="FBF8EE"/>
            <w:shd w:fill="E8EED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6"/>
              </w:rPr>
              <w:t>9</w:t>
              <w:br/>
            </w:r>
            <w:r>
              <w:rPr>
                <w:b w:val="0"/>
                <w:color w:val="1E4B2A"/>
                <w:sz w:val="15"/>
              </w:rPr>
              <w:t>FISH FRIDAY</w:t>
              <w:br/>
            </w:r>
            <w:r>
              <w:rPr>
                <w:b w:val="0"/>
                <w:color w:val="1E4B2A"/>
                <w:sz w:val="15"/>
              </w:rPr>
              <w:t>Breaded Sole with Tartar Sauce</w:t>
              <w:br/>
            </w:r>
            <w:r>
              <w:rPr>
                <w:b w:val="0"/>
                <w:color w:val="1E4B2A"/>
                <w:sz w:val="15"/>
              </w:rPr>
              <w:t>Rice Pilaf &amp; Broccoli</w:t>
              <w:br/>
            </w:r>
            <w:r>
              <w:rPr>
                <w:b w:val="0"/>
                <w:color w:val="1E4B2A"/>
                <w:sz w:val="15"/>
              </w:rPr>
              <w:t>Soup: Corn Chowder</w:t>
            </w:r>
          </w:p>
        </w:tc>
        <w:tc>
          <w:tcPr>
            <w:tcW w:type="dxa" w:w="1605"/>
            <w:shd w:fill="FBF8EE"/>
            <w:shd w:fill="F5EBDD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8A3B21"/>
                <w:sz w:val="16"/>
              </w:rPr>
              <w:t>10</w:t>
              <w:br/>
            </w:r>
            <w:r>
              <w:rPr>
                <w:b w:val="0"/>
                <w:color w:val="8A3B21"/>
                <w:sz w:val="15"/>
              </w:rPr>
              <w:t>THANKSGIVING FEAST</w:t>
              <w:br/>
            </w:r>
            <w:r>
              <w:rPr>
                <w:b w:val="0"/>
                <w:color w:val="8A3B21"/>
                <w:sz w:val="15"/>
              </w:rPr>
              <w:t>Two Complete Meals for $40</w:t>
              <w:br/>
            </w:r>
            <w:r>
              <w:rPr>
                <w:b w:val="0"/>
                <w:color w:val="8A3B21"/>
                <w:sz w:val="15"/>
              </w:rPr>
              <w:t>Turkey with Stuffing, Mashed Potatoes, Gravy,</w:t>
              <w:br/>
            </w:r>
            <w:r>
              <w:rPr>
                <w:b w:val="0"/>
                <w:color w:val="8A3B21"/>
                <w:sz w:val="15"/>
              </w:rPr>
              <w:t>Cranberry Sauce &amp; Seasonal Vegetables</w:t>
              <w:br/>
            </w:r>
            <w:r>
              <w:rPr>
                <w:b w:val="0"/>
                <w:color w:val="8A3B21"/>
                <w:sz w:val="15"/>
              </w:rPr>
              <w:t>Soup: Butternut Squash</w:t>
            </w:r>
          </w:p>
        </w:tc>
      </w:tr>
      <w:tr>
        <w:trPr>
          <w:trHeight w:val="1267"/>
        </w:trPr>
        <w:tc>
          <w:tcPr>
            <w:tcW w:type="dxa" w:w="1605"/>
            <w:shd w:fill="FBF8EE"/>
            <w:shd w:fill="F5EBDD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8A3B21"/>
                <w:sz w:val="16"/>
              </w:rPr>
              <w:t>11</w:t>
              <w:br/>
            </w:r>
            <w:r>
              <w:rPr>
                <w:b w:val="0"/>
                <w:color w:val="8A3B21"/>
                <w:sz w:val="15"/>
              </w:rPr>
              <w:t>THANKSGIVING FEAST</w:t>
              <w:br/>
            </w:r>
            <w:r>
              <w:rPr>
                <w:b w:val="0"/>
                <w:color w:val="8A3B21"/>
                <w:sz w:val="15"/>
              </w:rPr>
              <w:t>Two Complete Meals for $40</w:t>
              <w:br/>
            </w:r>
            <w:r>
              <w:rPr>
                <w:b w:val="0"/>
                <w:color w:val="8A3B21"/>
                <w:sz w:val="15"/>
              </w:rPr>
              <w:t>Turkey with Stuffing, Mashed Potatoes, Gravy,</w:t>
              <w:br/>
            </w:r>
            <w:r>
              <w:rPr>
                <w:b w:val="0"/>
                <w:color w:val="8A3B21"/>
                <w:sz w:val="15"/>
              </w:rPr>
              <w:t>Cranberry Sauce &amp; Seasonal Vegetables</w:t>
              <w:br/>
            </w:r>
            <w:r>
              <w:rPr>
                <w:b w:val="0"/>
                <w:color w:val="8A3B21"/>
                <w:sz w:val="15"/>
              </w:rPr>
              <w:t>Soup: Butternut Squash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12</w:t>
              <w:br/>
            </w:r>
            <w:r>
              <w:rPr>
                <w:b w:val="0"/>
                <w:color w:val="1D1D1D"/>
                <w:sz w:val="15"/>
              </w:rPr>
              <w:t>BBQ Chicken with Rice &amp; Corn</w:t>
              <w:br/>
            </w:r>
            <w:r>
              <w:rPr>
                <w:b w:val="0"/>
                <w:color w:val="1D1D1D"/>
                <w:sz w:val="15"/>
              </w:rPr>
              <w:t>Soup: Tortilla</w:t>
            </w:r>
          </w:p>
        </w:tc>
        <w:tc>
          <w:tcPr>
            <w:tcW w:type="dxa" w:w="1605"/>
            <w:shd w:fill="FBF8EE"/>
            <w:shd w:fill="E8EED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6"/>
              </w:rPr>
              <w:t>13</w:t>
              <w:br/>
            </w:r>
            <w:r>
              <w:rPr>
                <w:b w:val="0"/>
                <w:color w:val="1E4B2A"/>
                <w:sz w:val="15"/>
              </w:rPr>
              <w:t>DELIVERY DAY</w:t>
              <w:br/>
            </w:r>
            <w:r>
              <w:rPr>
                <w:b w:val="0"/>
                <w:color w:val="1E4B2A"/>
                <w:sz w:val="15"/>
              </w:rPr>
              <w:t>Lasagna with Garlic Bread &amp; Green Beans</w:t>
              <w:br/>
            </w:r>
            <w:r>
              <w:rPr>
                <w:b w:val="0"/>
                <w:color w:val="1E4B2A"/>
                <w:sz w:val="15"/>
              </w:rPr>
              <w:t>Soup: Minestrone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14</w:t>
              <w:br/>
            </w:r>
            <w:r>
              <w:rPr>
                <w:b w:val="0"/>
                <w:color w:val="1D1D1D"/>
                <w:sz w:val="15"/>
              </w:rPr>
              <w:t>Pork Chops with Mushroom Sauce</w:t>
              <w:br/>
            </w:r>
            <w:r>
              <w:rPr>
                <w:b w:val="0"/>
                <w:color w:val="1D1D1D"/>
                <w:sz w:val="15"/>
              </w:rPr>
              <w:t>Mashed Potatoes &amp; Carrots</w:t>
              <w:br/>
            </w:r>
            <w:r>
              <w:rPr>
                <w:b w:val="0"/>
                <w:color w:val="1D1D1D"/>
                <w:sz w:val="15"/>
              </w:rPr>
              <w:t>Soup: Cream of Mushroom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15</w:t>
              <w:br/>
            </w:r>
            <w:r>
              <w:rPr>
                <w:b w:val="0"/>
                <w:color w:val="1D1D1D"/>
                <w:sz w:val="15"/>
              </w:rPr>
              <w:t>Chicken Parmesan with Pasta &amp; Broccoli</w:t>
              <w:br/>
            </w:r>
            <w:r>
              <w:rPr>
                <w:b w:val="0"/>
                <w:color w:val="1D1D1D"/>
                <w:sz w:val="15"/>
              </w:rPr>
              <w:t>Soup: Italian Wedding</w:t>
            </w:r>
          </w:p>
        </w:tc>
        <w:tc>
          <w:tcPr>
            <w:tcW w:type="dxa" w:w="1605"/>
            <w:shd w:fill="FBF8EE"/>
            <w:shd w:fill="E8EED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6"/>
              </w:rPr>
              <w:t>16</w:t>
              <w:br/>
            </w:r>
            <w:r>
              <w:rPr>
                <w:b w:val="0"/>
                <w:color w:val="1E4B2A"/>
                <w:sz w:val="15"/>
              </w:rPr>
              <w:t>FISH FRIDAY</w:t>
              <w:br/>
            </w:r>
            <w:r>
              <w:rPr>
                <w:b w:val="0"/>
                <w:color w:val="1E4B2A"/>
                <w:sz w:val="15"/>
              </w:rPr>
              <w:t>Salmon with Dill Cream Sauce</w:t>
              <w:br/>
            </w:r>
            <w:r>
              <w:rPr>
                <w:b w:val="0"/>
                <w:color w:val="1E4B2A"/>
                <w:sz w:val="15"/>
              </w:rPr>
              <w:t>Rice &amp; Vegetables</w:t>
              <w:br/>
            </w:r>
            <w:r>
              <w:rPr>
                <w:b w:val="0"/>
                <w:color w:val="1E4B2A"/>
                <w:sz w:val="15"/>
              </w:rPr>
              <w:t>Soup: Lobster Bisque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17</w:t>
              <w:br/>
            </w:r>
            <w:r>
              <w:rPr>
                <w:b w:val="0"/>
                <w:color w:val="1D1D1D"/>
                <w:sz w:val="15"/>
              </w:rPr>
              <w:t>Beef Pot Pie with Vegetables</w:t>
              <w:br/>
            </w:r>
            <w:r>
              <w:rPr>
                <w:b w:val="0"/>
                <w:color w:val="1D1D1D"/>
                <w:sz w:val="15"/>
              </w:rPr>
              <w:t>Soup: Chicken Rice</w:t>
            </w:r>
          </w:p>
        </w:tc>
      </w:tr>
      <w:tr>
        <w:trPr>
          <w:trHeight w:val="1267"/>
        </w:trPr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18</w:t>
              <w:br/>
            </w:r>
            <w:r>
              <w:rPr>
                <w:b w:val="0"/>
                <w:color w:val="1D1D1D"/>
                <w:sz w:val="15"/>
              </w:rPr>
              <w:t>Roast Pork</w:t>
              <w:br/>
            </w:r>
            <w:r>
              <w:rPr>
                <w:b w:val="0"/>
                <w:color w:val="1D1D1D"/>
                <w:sz w:val="15"/>
              </w:rPr>
              <w:t>Mashed Potatoes &amp; Seasonal Vegetables</w:t>
              <w:br/>
            </w:r>
            <w:r>
              <w:rPr>
                <w:b w:val="0"/>
                <w:color w:val="1D1D1D"/>
                <w:sz w:val="15"/>
              </w:rPr>
              <w:t>Soup: Vegetable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19</w:t>
              <w:br/>
            </w:r>
            <w:r>
              <w:rPr>
                <w:b w:val="0"/>
                <w:color w:val="1D1D1D"/>
                <w:sz w:val="15"/>
              </w:rPr>
              <w:t>Chicken Stir-Fry with Rice &amp; Vegetables</w:t>
              <w:br/>
            </w:r>
            <w:r>
              <w:rPr>
                <w:b w:val="0"/>
                <w:color w:val="1D1D1D"/>
                <w:sz w:val="15"/>
              </w:rPr>
              <w:t>Soup: Hot &amp; Sour</w:t>
            </w:r>
          </w:p>
        </w:tc>
        <w:tc>
          <w:tcPr>
            <w:tcW w:type="dxa" w:w="1605"/>
            <w:shd w:fill="FBF8EE"/>
            <w:shd w:fill="E8EED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6"/>
              </w:rPr>
              <w:t>20</w:t>
              <w:br/>
            </w:r>
            <w:r>
              <w:rPr>
                <w:b w:val="0"/>
                <w:color w:val="1E4B2A"/>
                <w:sz w:val="15"/>
              </w:rPr>
              <w:t>DELIVERY DAY</w:t>
              <w:br/>
            </w:r>
            <w:r>
              <w:rPr>
                <w:b w:val="0"/>
                <w:color w:val="1E4B2A"/>
                <w:sz w:val="15"/>
              </w:rPr>
              <w:t>Shepherd’s Pie &amp; Mixed Vegetables</w:t>
              <w:br/>
            </w:r>
            <w:r>
              <w:rPr>
                <w:b w:val="0"/>
                <w:color w:val="1E4B2A"/>
                <w:sz w:val="15"/>
              </w:rPr>
              <w:t>Soup: Lentil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21</w:t>
              <w:br/>
            </w:r>
            <w:r>
              <w:rPr>
                <w:b w:val="0"/>
                <w:color w:val="1D1D1D"/>
                <w:sz w:val="15"/>
              </w:rPr>
              <w:t>Baked Penne with Meat Sauce &amp; Broccoli</w:t>
              <w:br/>
            </w:r>
            <w:r>
              <w:rPr>
                <w:b w:val="0"/>
                <w:color w:val="1D1D1D"/>
                <w:sz w:val="15"/>
              </w:rPr>
              <w:t>Soup: Tomato Basil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22</w:t>
              <w:br/>
            </w:r>
            <w:r>
              <w:rPr>
                <w:b w:val="0"/>
                <w:color w:val="1D1D1D"/>
                <w:sz w:val="15"/>
              </w:rPr>
              <w:t>Salisbury Steak with Mushroom Gravy</w:t>
              <w:br/>
            </w:r>
            <w:r>
              <w:rPr>
                <w:b w:val="0"/>
                <w:color w:val="1D1D1D"/>
                <w:sz w:val="15"/>
              </w:rPr>
              <w:t>Mashed Potatoes &amp; Green Beans</w:t>
              <w:br/>
            </w:r>
            <w:r>
              <w:rPr>
                <w:b w:val="0"/>
                <w:color w:val="1D1D1D"/>
                <w:sz w:val="15"/>
              </w:rPr>
              <w:t>Soup: French Onion</w:t>
            </w:r>
          </w:p>
        </w:tc>
        <w:tc>
          <w:tcPr>
            <w:tcW w:type="dxa" w:w="1605"/>
            <w:shd w:fill="FBF8EE"/>
            <w:shd w:fill="E8EED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6"/>
              </w:rPr>
              <w:t>23</w:t>
              <w:br/>
            </w:r>
            <w:r>
              <w:rPr>
                <w:b w:val="0"/>
                <w:color w:val="1E4B2A"/>
                <w:sz w:val="15"/>
              </w:rPr>
              <w:t>FISH FRIDAY</w:t>
              <w:br/>
            </w:r>
            <w:r>
              <w:rPr>
                <w:b w:val="0"/>
                <w:color w:val="1E4B2A"/>
                <w:sz w:val="15"/>
              </w:rPr>
              <w:t>Haddock Florentine</w:t>
              <w:br/>
            </w:r>
            <w:r>
              <w:rPr>
                <w:b w:val="0"/>
                <w:color w:val="1E4B2A"/>
                <w:sz w:val="15"/>
              </w:rPr>
              <w:t>Roasted Potatoes &amp; Carrots</w:t>
              <w:br/>
            </w:r>
            <w:r>
              <w:rPr>
                <w:b w:val="0"/>
                <w:color w:val="1E4B2A"/>
                <w:sz w:val="15"/>
              </w:rPr>
              <w:t>Soup: Cream of Potato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24</w:t>
              <w:br/>
            </w:r>
            <w:r>
              <w:rPr>
                <w:b w:val="0"/>
                <w:color w:val="1D1D1D"/>
                <w:sz w:val="15"/>
              </w:rPr>
              <w:t>Chicken Pot Pie with Vegetables</w:t>
              <w:br/>
            </w:r>
            <w:r>
              <w:rPr>
                <w:b w:val="0"/>
                <w:color w:val="1D1D1D"/>
                <w:sz w:val="15"/>
              </w:rPr>
              <w:t>Soup: Vegetable</w:t>
            </w:r>
          </w:p>
        </w:tc>
      </w:tr>
      <w:tr>
        <w:trPr>
          <w:trHeight w:val="1267"/>
        </w:trPr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25</w:t>
              <w:br/>
            </w:r>
            <w:r>
              <w:rPr>
                <w:b w:val="0"/>
                <w:color w:val="1D1D1D"/>
                <w:sz w:val="15"/>
              </w:rPr>
              <w:t>Roast Chicken</w:t>
              <w:br/>
            </w:r>
            <w:r>
              <w:rPr>
                <w:b w:val="0"/>
                <w:color w:val="1D1D1D"/>
                <w:sz w:val="15"/>
              </w:rPr>
              <w:t>Mashed Potatoes &amp; Seasonal Vegetables</w:t>
              <w:br/>
            </w:r>
            <w:r>
              <w:rPr>
                <w:b w:val="0"/>
                <w:color w:val="1D1D1D"/>
                <w:sz w:val="15"/>
              </w:rPr>
              <w:t>Soup: Chicken Noodle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26</w:t>
              <w:br/>
            </w:r>
            <w:r>
              <w:rPr>
                <w:b w:val="0"/>
                <w:color w:val="1D1D1D"/>
                <w:sz w:val="15"/>
              </w:rPr>
              <w:t>Beef Stew with Potatoes &amp; Carrots</w:t>
              <w:br/>
            </w:r>
            <w:r>
              <w:rPr>
                <w:b w:val="0"/>
                <w:color w:val="1D1D1D"/>
                <w:sz w:val="15"/>
              </w:rPr>
              <w:t>Soup: Mulligatawny</w:t>
            </w:r>
          </w:p>
        </w:tc>
        <w:tc>
          <w:tcPr>
            <w:tcW w:type="dxa" w:w="1605"/>
            <w:shd w:fill="FBF8EE"/>
            <w:shd w:fill="E8EED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6"/>
              </w:rPr>
              <w:t>27</w:t>
              <w:br/>
            </w:r>
            <w:r>
              <w:rPr>
                <w:b w:val="0"/>
                <w:color w:val="1E4B2A"/>
                <w:sz w:val="15"/>
              </w:rPr>
              <w:t>DELIVERY DAY</w:t>
              <w:br/>
            </w:r>
            <w:r>
              <w:rPr>
                <w:b w:val="0"/>
                <w:color w:val="1E4B2A"/>
                <w:sz w:val="15"/>
              </w:rPr>
              <w:t>Chicken Divan with Rice &amp; Broccoli</w:t>
              <w:br/>
            </w:r>
            <w:r>
              <w:rPr>
                <w:b w:val="0"/>
                <w:color w:val="1E4B2A"/>
                <w:sz w:val="15"/>
              </w:rPr>
              <w:t>Soup: Broccoli Cheddar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28</w:t>
              <w:br/>
            </w:r>
            <w:r>
              <w:rPr>
                <w:b w:val="0"/>
                <w:color w:val="1D1D1D"/>
                <w:sz w:val="15"/>
              </w:rPr>
              <w:t>Mushroom Pork Tenderloin</w:t>
              <w:br/>
            </w:r>
            <w:r>
              <w:rPr>
                <w:b w:val="0"/>
                <w:color w:val="1D1D1D"/>
                <w:sz w:val="15"/>
              </w:rPr>
              <w:t>Mashed Potatoes &amp; Green Beans</w:t>
              <w:br/>
            </w:r>
            <w:r>
              <w:rPr>
                <w:b w:val="0"/>
                <w:color w:val="1D1D1D"/>
                <w:sz w:val="15"/>
              </w:rPr>
              <w:t>Soup: Wild Rice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29</w:t>
              <w:br/>
            </w:r>
            <w:r>
              <w:rPr>
                <w:b w:val="0"/>
                <w:color w:val="1D1D1D"/>
                <w:sz w:val="15"/>
              </w:rPr>
              <w:t>Stuffed Cabbage with Tomato Sauce &amp; Rice</w:t>
              <w:br/>
            </w:r>
            <w:r>
              <w:rPr>
                <w:b w:val="0"/>
                <w:color w:val="1D1D1D"/>
                <w:sz w:val="15"/>
              </w:rPr>
              <w:t>Soup: Cabbage</w:t>
            </w:r>
          </w:p>
        </w:tc>
        <w:tc>
          <w:tcPr>
            <w:tcW w:type="dxa" w:w="1605"/>
            <w:shd w:fill="FBF8EE"/>
            <w:shd w:fill="E8EED8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6"/>
              </w:rPr>
              <w:t>30</w:t>
              <w:br/>
            </w:r>
            <w:r>
              <w:rPr>
                <w:b w:val="0"/>
                <w:color w:val="1E4B2A"/>
                <w:sz w:val="15"/>
              </w:rPr>
              <w:t>FISH FRIDAY</w:t>
              <w:br/>
            </w:r>
            <w:r>
              <w:rPr>
                <w:b w:val="0"/>
                <w:color w:val="1E4B2A"/>
                <w:sz w:val="15"/>
              </w:rPr>
              <w:t>Baked Cod with Tomato &amp; Herbs</w:t>
              <w:br/>
            </w:r>
            <w:r>
              <w:rPr>
                <w:b w:val="0"/>
                <w:color w:val="1E4B2A"/>
                <w:sz w:val="15"/>
              </w:rPr>
              <w:t>Rice Pilaf &amp; Vegetables</w:t>
              <w:br/>
            </w:r>
            <w:r>
              <w:rPr>
                <w:b w:val="0"/>
                <w:color w:val="1E4B2A"/>
                <w:sz w:val="15"/>
              </w:rPr>
              <w:t>Soup: Manhattan Clam Chowder</w:t>
            </w:r>
          </w:p>
        </w:tc>
        <w:tc>
          <w:tcPr>
            <w:tcW w:type="dxa" w:w="1605"/>
            <w:shd w:fill="FBF8EE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D1D1D"/>
                <w:sz w:val="16"/>
              </w:rPr>
              <w:t>31</w:t>
              <w:br/>
            </w:r>
            <w:r>
              <w:rPr>
                <w:b w:val="0"/>
                <w:color w:val="1D1D1D"/>
                <w:sz w:val="15"/>
              </w:rPr>
              <w:t>Beef Stroganoff with Egg Noodles &amp; Peas</w:t>
              <w:br/>
            </w:r>
            <w:r>
              <w:rPr>
                <w:b w:val="0"/>
                <w:color w:val="1D1D1D"/>
                <w:sz w:val="15"/>
              </w:rPr>
              <w:t>Soup: Cream of Mushroom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08"/>
        <w:gridCol w:w="2808"/>
        <w:gridCol w:w="2808"/>
        <w:gridCol w:w="2808"/>
      </w:tblGrid>
      <w:tr>
        <w:tc>
          <w:tcPr>
            <w:tcW w:type="dxa" w:w="2808"/>
            <w:shd w:fill="EEF2E5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7"/>
              </w:rPr>
              <w:t>A CUP OF HOMEMADE SOUP</w:t>
              <w:br/>
            </w:r>
            <w:r>
              <w:rPr>
                <w:b w:val="0"/>
                <w:color w:val="1E4B2A"/>
                <w:sz w:val="16"/>
              </w:rPr>
              <w:t>WITH EVERY MEAL</w:t>
            </w:r>
          </w:p>
        </w:tc>
        <w:tc>
          <w:tcPr>
            <w:tcW w:type="dxa" w:w="2808"/>
            <w:shd w:fill="EEF2E5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7"/>
              </w:rPr>
              <w:t>MEAL DROP-OFF DAYS</w:t>
              <w:br/>
            </w:r>
            <w:r>
              <w:rPr>
                <w:b w:val="0"/>
                <w:color w:val="1E4B2A"/>
                <w:sz w:val="16"/>
              </w:rPr>
              <w:t>TUESDAYS &amp; FRIDAYS</w:t>
            </w:r>
          </w:p>
        </w:tc>
        <w:tc>
          <w:tcPr>
            <w:tcW w:type="dxa" w:w="2808"/>
            <w:shd w:fill="EEF2E5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7"/>
              </w:rPr>
              <w:t>FRESH, NUTRITIOUS</w:t>
              <w:br/>
            </w:r>
            <w:r>
              <w:rPr>
                <w:b w:val="0"/>
                <w:color w:val="1E4B2A"/>
                <w:sz w:val="16"/>
              </w:rPr>
              <w:t>CHEF-PREPARED MEALS</w:t>
            </w:r>
          </w:p>
        </w:tc>
        <w:tc>
          <w:tcPr>
            <w:tcW w:type="dxa" w:w="2808"/>
            <w:shd w:fill="EEF2E5"/>
            <w:vAlign w:val="center"/>
            <w:tcMar>
              <w:top w:w="60" w:type="dxa"/>
              <w:start w:w="60" w:type="dxa"/>
              <w:bottom w:w="60" w:type="dxa"/>
              <w:end w:w="60" w:type="dxa"/>
            </w:tcMar>
          </w:tcPr>
          <w:p>
            <w:pPr>
              <w:jc w:val="center"/>
            </w:pPr>
            <w:r/>
            <w:r>
              <w:rPr>
                <w:b/>
                <w:color w:val="1E4B2A"/>
                <w:sz w:val="17"/>
              </w:rPr>
              <w:t>GOOD FOOD</w:t>
              <w:br/>
            </w:r>
            <w:r>
              <w:rPr>
                <w:b w:val="0"/>
                <w:color w:val="1E4B2A"/>
                <w:sz w:val="16"/>
              </w:rPr>
              <w:t>GREATER INDEPENDENCE</w:t>
            </w:r>
          </w:p>
        </w:tc>
      </w:tr>
    </w:tbl>
    <w:p>
      <w:pPr>
        <w:jc w:val="center"/>
      </w:pPr>
      <w:r>
        <w:rPr>
          <w:b/>
          <w:color w:val="1E4B2A"/>
          <w:sz w:val="36"/>
        </w:rPr>
        <w:t>MY COMFORT FOOD</w:t>
      </w:r>
    </w:p>
    <w:p>
      <w:pPr>
        <w:jc w:val="center"/>
      </w:pPr>
      <w:r>
        <w:rPr>
          <w:color w:val="1E4B2A"/>
          <w:sz w:val="18"/>
        </w:rPr>
        <w:t>647-331-7999   •   laurie@mycomfortmeal.com   •   www.mycomfortmeal.com</w:t>
      </w:r>
    </w:p>
    <w:p>
      <w:pPr>
        <w:jc w:val="center"/>
      </w:pPr>
      <w:r>
        <w:rPr>
          <w:i/>
          <w:color w:val="1E4B2A"/>
          <w:sz w:val="20"/>
        </w:rPr>
        <w:t>Comfort, convenience, and great taste delivered.</w:t>
      </w:r>
    </w:p>
    <w:sectPr w:rsidR="00FC693F" w:rsidRPr="0006063C" w:rsidSect="00034616">
      <w:pgSz w:w="12240" w:h="15840"/>
      <w:pgMar w:top="504" w:right="504" w:bottom="504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